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Formulaire demande NDA</w:t>
      </w:r>
    </w:p>
    <w:p>
      <w:r>
        <w:t>Demande pour discussion confidentielle et échange de documents contrôlés.</w:t>
      </w:r>
    </w:p>
    <w:p>
      <w:r>
        <w:t>Version 1.0 | 2026-06-28 | info@olyvenra.com</w:t>
      </w:r>
    </w:p>
    <w:p>
      <w:pPr>
        <w:pStyle w:val="Heading2"/>
      </w:pPr>
      <w:r>
        <w:t>Champs de soumis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m de l’organis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ays / ré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ntact principal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ésumé du besoi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alendrier cibl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ocuments justificatif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tes conformité ou certific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ochaine étape demandé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Contrôle documentaire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