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OLYMEDICA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Форма регистрации поставщика</w:t>
      </w:r>
    </w:p>
    <w:p>
      <w:r>
        <w:t>Основная информация для производителей, дистрибьюторов и сервисных партнёров.</w:t>
      </w:r>
    </w:p>
    <w:p>
      <w:r>
        <w:t>Version 1.0 | 2026-06-28 | info@olyvenra.com</w:t>
      </w:r>
    </w:p>
    <w:p>
      <w:pPr>
        <w:pStyle w:val="Heading2"/>
      </w:pPr>
      <w:r>
        <w:t>Поля отправки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Название организации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Страна / регион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Основной контакт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Краткое описание требования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Целевые сроки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Подтверждающие документы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Комплаенс или сертификаты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Запрошенный следующий шаг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Контроль документа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OLYMEDICA</dc:creator>
  <cp:keywords/>
  <dc:description>generated by python-docx</dc:description>
  <cp:lastModifiedBy>OLYMEDICA</cp:lastModifiedBy>
  <cp:revision>1</cp:revision>
  <dcterms:created xsi:type="dcterms:W3CDTF">2013-12-23T23:15:00Z</dcterms:created>
  <dcterms:modified xsi:type="dcterms:W3CDTF">2013-12-23T23:15:00Z</dcterms:modified>
  <cp:category/>
</cp:coreProperties>
</file>